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D077F" w14:textId="77777777" w:rsidR="005C5826" w:rsidRDefault="00000000">
      <w:pPr>
        <w:spacing w:after="60"/>
        <w:jc w:val="center"/>
      </w:pPr>
      <w:r>
        <w:rPr>
          <w:color w:val="595959"/>
          <w:spacing w:val="40"/>
          <w:sz w:val="22"/>
        </w:rPr>
        <w:t>우크라이나 재건사업 한국기업 참여</w:t>
      </w:r>
    </w:p>
    <w:p w14:paraId="75D55D63" w14:textId="77777777" w:rsidR="005C5826" w:rsidRDefault="00000000">
      <w:pPr>
        <w:pBdr>
          <w:top w:val="single" w:sz="18" w:space="8" w:color="1F3864"/>
          <w:bottom w:val="single" w:sz="6" w:space="8" w:color="1F3864"/>
        </w:pBdr>
        <w:spacing w:before="60" w:after="360"/>
        <w:jc w:val="center"/>
      </w:pPr>
      <w:r>
        <w:rPr>
          <w:b/>
          <w:bCs/>
          <w:color w:val="1F3864"/>
          <w:spacing w:val="120"/>
          <w:sz w:val="52"/>
          <w:szCs w:val="52"/>
        </w:rPr>
        <w:t>참 여 신 청 서</w:t>
      </w:r>
    </w:p>
    <w:p w14:paraId="156C9F65" w14:textId="77777777" w:rsidR="005C5826" w:rsidRDefault="00000000">
      <w:pPr>
        <w:spacing w:after="200"/>
        <w:jc w:val="right"/>
      </w:pPr>
      <w:r>
        <w:rPr>
          <w:color w:val="595959"/>
          <w:sz w:val="18"/>
          <w:szCs w:val="18"/>
        </w:rPr>
        <w:t>접수번호  [                    ]   |   접수일  [    년    월    일]</w:t>
      </w:r>
    </w:p>
    <w:p w14:paraId="032BA60F" w14:textId="77777777" w:rsidR="005C5826" w:rsidRDefault="00000000">
      <w:pPr>
        <w:keepNext/>
      </w:pPr>
      <w:r>
        <w:rPr>
          <w:b/>
          <w:bCs/>
          <w:color w:val="1F3864"/>
          <w:sz w:val="22"/>
        </w:rPr>
        <w:t>1. 신청인</w:t>
      </w:r>
    </w:p>
    <w:tbl>
      <w:tblPr>
        <w:tblStyle w:val="af9"/>
        <w:tblW w:w="9746" w:type="dxa"/>
        <w:tblLayout w:type="fixed"/>
        <w:tblLook w:val="0480" w:firstRow="0" w:lastRow="0" w:firstColumn="1" w:lastColumn="0" w:noHBand="0" w:noVBand="1"/>
      </w:tblPr>
      <w:tblGrid>
        <w:gridCol w:w="2381"/>
        <w:gridCol w:w="7365"/>
      </w:tblGrid>
      <w:tr w:rsidR="005C5826" w14:paraId="6F67CB51" w14:textId="77777777">
        <w:trPr>
          <w:trHeight w:val="620"/>
        </w:trPr>
        <w:tc>
          <w:tcPr>
            <w:tcW w:w="2381" w:type="dxa"/>
            <w:shd w:val="clear" w:color="auto" w:fill="F3F5F7"/>
            <w:vAlign w:val="center"/>
          </w:tcPr>
          <w:p w14:paraId="3C8E420D" w14:textId="77777777" w:rsidR="005C5826" w:rsidRDefault="00000000">
            <w:pPr>
              <w:spacing w:before="40" w:after="40"/>
            </w:pPr>
            <w:r>
              <w:rPr>
                <w:b/>
                <w:bCs/>
                <w:szCs w:val="20"/>
              </w:rPr>
              <w:t>기 업 명</w:t>
            </w:r>
          </w:p>
        </w:tc>
        <w:tc>
          <w:tcPr>
            <w:tcW w:w="7365" w:type="dxa"/>
            <w:shd w:val="clear" w:color="auto" w:fill="FFFFFF"/>
            <w:vAlign w:val="center"/>
          </w:tcPr>
          <w:p w14:paraId="3888B3D5" w14:textId="77777777" w:rsidR="005C5826" w:rsidRDefault="00000000">
            <w:pPr>
              <w:spacing w:before="40" w:after="40"/>
            </w:pPr>
            <w:r>
              <w:rPr>
                <w:szCs w:val="20"/>
              </w:rPr>
              <w:t>국문 [                              ]   영문 [                              ]</w:t>
            </w:r>
          </w:p>
        </w:tc>
      </w:tr>
      <w:tr w:rsidR="005C5826" w14:paraId="6559F613" w14:textId="77777777">
        <w:trPr>
          <w:trHeight w:val="620"/>
        </w:trPr>
        <w:tc>
          <w:tcPr>
            <w:tcW w:w="2381" w:type="dxa"/>
            <w:shd w:val="clear" w:color="auto" w:fill="F3F5F7"/>
            <w:vAlign w:val="center"/>
          </w:tcPr>
          <w:p w14:paraId="7BEFD390" w14:textId="77777777" w:rsidR="005C5826" w:rsidRDefault="00000000">
            <w:pPr>
              <w:spacing w:before="40" w:after="40"/>
            </w:pPr>
            <w:r>
              <w:rPr>
                <w:b/>
                <w:bCs/>
                <w:szCs w:val="20"/>
              </w:rPr>
              <w:t>사업자등록번호</w:t>
            </w:r>
          </w:p>
        </w:tc>
        <w:tc>
          <w:tcPr>
            <w:tcW w:w="7365" w:type="dxa"/>
            <w:shd w:val="clear" w:color="auto" w:fill="FFFFFF"/>
            <w:vAlign w:val="center"/>
          </w:tcPr>
          <w:p w14:paraId="3A94464E" w14:textId="77777777" w:rsidR="005C5826" w:rsidRDefault="00000000">
            <w:pPr>
              <w:spacing w:before="40" w:after="40"/>
            </w:pPr>
            <w:r>
              <w:rPr>
                <w:szCs w:val="20"/>
              </w:rPr>
              <w:t>[                                                     ]</w:t>
            </w:r>
          </w:p>
        </w:tc>
      </w:tr>
      <w:tr w:rsidR="005C5826" w14:paraId="679076CD" w14:textId="77777777">
        <w:trPr>
          <w:trHeight w:val="620"/>
        </w:trPr>
        <w:tc>
          <w:tcPr>
            <w:tcW w:w="2381" w:type="dxa"/>
            <w:shd w:val="clear" w:color="auto" w:fill="F3F5F7"/>
            <w:vAlign w:val="center"/>
          </w:tcPr>
          <w:p w14:paraId="47422BA4" w14:textId="77777777" w:rsidR="005C5826" w:rsidRDefault="00000000">
            <w:pPr>
              <w:spacing w:before="40" w:after="40"/>
            </w:pPr>
            <w:r>
              <w:rPr>
                <w:b/>
                <w:bCs/>
                <w:szCs w:val="20"/>
              </w:rPr>
              <w:t>대 표 자</w:t>
            </w:r>
          </w:p>
        </w:tc>
        <w:tc>
          <w:tcPr>
            <w:tcW w:w="7365" w:type="dxa"/>
            <w:shd w:val="clear" w:color="auto" w:fill="FFFFFF"/>
            <w:vAlign w:val="center"/>
          </w:tcPr>
          <w:p w14:paraId="50910C44" w14:textId="77777777" w:rsidR="005C5826" w:rsidRDefault="00000000">
            <w:pPr>
              <w:spacing w:before="40" w:after="40"/>
            </w:pPr>
            <w:r>
              <w:rPr>
                <w:szCs w:val="20"/>
              </w:rPr>
              <w:t>[                                                     ]</w:t>
            </w:r>
          </w:p>
        </w:tc>
      </w:tr>
      <w:tr w:rsidR="005C5826" w14:paraId="005CD052" w14:textId="77777777">
        <w:trPr>
          <w:trHeight w:val="620"/>
        </w:trPr>
        <w:tc>
          <w:tcPr>
            <w:tcW w:w="2381" w:type="dxa"/>
            <w:shd w:val="clear" w:color="auto" w:fill="F3F5F7"/>
            <w:vAlign w:val="center"/>
          </w:tcPr>
          <w:p w14:paraId="2C2A781B" w14:textId="77777777" w:rsidR="005C5826" w:rsidRDefault="00000000">
            <w:pPr>
              <w:spacing w:before="40" w:after="40"/>
            </w:pPr>
            <w:r>
              <w:rPr>
                <w:b/>
                <w:bCs/>
                <w:szCs w:val="20"/>
              </w:rPr>
              <w:t>본 사 주 소</w:t>
            </w:r>
          </w:p>
        </w:tc>
        <w:tc>
          <w:tcPr>
            <w:tcW w:w="7365" w:type="dxa"/>
            <w:shd w:val="clear" w:color="auto" w:fill="FFFFFF"/>
            <w:vAlign w:val="center"/>
          </w:tcPr>
          <w:p w14:paraId="744E7148" w14:textId="77777777" w:rsidR="005C5826" w:rsidRDefault="00000000">
            <w:pPr>
              <w:spacing w:before="40" w:after="40"/>
            </w:pPr>
            <w:r>
              <w:rPr>
                <w:szCs w:val="20"/>
              </w:rPr>
              <w:t>[                                                     ]</w:t>
            </w:r>
          </w:p>
        </w:tc>
      </w:tr>
      <w:tr w:rsidR="005C5826" w14:paraId="69525599" w14:textId="77777777">
        <w:trPr>
          <w:trHeight w:val="620"/>
        </w:trPr>
        <w:tc>
          <w:tcPr>
            <w:tcW w:w="2381" w:type="dxa"/>
            <w:shd w:val="clear" w:color="auto" w:fill="F3F5F7"/>
            <w:vAlign w:val="center"/>
          </w:tcPr>
          <w:p w14:paraId="03B08254" w14:textId="77777777" w:rsidR="005C5826" w:rsidRDefault="00000000">
            <w:pPr>
              <w:spacing w:before="40" w:after="40"/>
            </w:pPr>
            <w:r>
              <w:rPr>
                <w:b/>
                <w:bCs/>
                <w:szCs w:val="20"/>
              </w:rPr>
              <w:t>실무 담당자 / 직책</w:t>
            </w:r>
          </w:p>
        </w:tc>
        <w:tc>
          <w:tcPr>
            <w:tcW w:w="7365" w:type="dxa"/>
            <w:shd w:val="clear" w:color="auto" w:fill="FFFFFF"/>
            <w:vAlign w:val="center"/>
          </w:tcPr>
          <w:p w14:paraId="25848E43" w14:textId="77777777" w:rsidR="005C5826" w:rsidRDefault="00000000">
            <w:pPr>
              <w:spacing w:before="40" w:after="40"/>
            </w:pPr>
            <w:r>
              <w:rPr>
                <w:szCs w:val="20"/>
              </w:rPr>
              <w:t>[                                                     ]</w:t>
            </w:r>
          </w:p>
        </w:tc>
      </w:tr>
      <w:tr w:rsidR="005C5826" w14:paraId="272D65D4" w14:textId="77777777">
        <w:trPr>
          <w:trHeight w:val="620"/>
        </w:trPr>
        <w:tc>
          <w:tcPr>
            <w:tcW w:w="2381" w:type="dxa"/>
            <w:shd w:val="clear" w:color="auto" w:fill="F3F5F7"/>
            <w:vAlign w:val="center"/>
          </w:tcPr>
          <w:p w14:paraId="16AABD84" w14:textId="77777777" w:rsidR="005C5826" w:rsidRDefault="00000000">
            <w:pPr>
              <w:spacing w:before="40" w:after="40"/>
            </w:pPr>
            <w:r>
              <w:rPr>
                <w:b/>
                <w:bCs/>
                <w:szCs w:val="20"/>
              </w:rPr>
              <w:t>연 락 처</w:t>
            </w:r>
          </w:p>
        </w:tc>
        <w:tc>
          <w:tcPr>
            <w:tcW w:w="7365" w:type="dxa"/>
            <w:shd w:val="clear" w:color="auto" w:fill="FFFFFF"/>
            <w:vAlign w:val="center"/>
          </w:tcPr>
          <w:p w14:paraId="2F35348A" w14:textId="77777777" w:rsidR="005C5826" w:rsidRDefault="00000000">
            <w:pPr>
              <w:spacing w:before="40" w:after="40"/>
            </w:pPr>
            <w:r>
              <w:rPr>
                <w:szCs w:val="20"/>
              </w:rPr>
              <w:t>전화 [                    ]   이메일 [                              ]</w:t>
            </w:r>
          </w:p>
        </w:tc>
      </w:tr>
      <w:tr w:rsidR="005C5826" w14:paraId="32342ED6" w14:textId="77777777">
        <w:trPr>
          <w:trHeight w:val="620"/>
        </w:trPr>
        <w:tc>
          <w:tcPr>
            <w:tcW w:w="2381" w:type="dxa"/>
            <w:shd w:val="clear" w:color="auto" w:fill="F3F5F7"/>
            <w:vAlign w:val="center"/>
          </w:tcPr>
          <w:p w14:paraId="13A84BBD" w14:textId="77777777" w:rsidR="005C5826" w:rsidRDefault="00000000">
            <w:pPr>
              <w:spacing w:before="40" w:after="40"/>
            </w:pPr>
            <w:r>
              <w:rPr>
                <w:b/>
                <w:bCs/>
                <w:szCs w:val="20"/>
              </w:rPr>
              <w:t>참여 희망 분야</w:t>
            </w:r>
          </w:p>
        </w:tc>
        <w:tc>
          <w:tcPr>
            <w:tcW w:w="7365" w:type="dxa"/>
            <w:shd w:val="clear" w:color="auto" w:fill="FFFFFF"/>
            <w:vAlign w:val="center"/>
          </w:tcPr>
          <w:p w14:paraId="3A6E3D58" w14:textId="77777777" w:rsidR="005C5826" w:rsidRDefault="00000000">
            <w:pPr>
              <w:spacing w:before="40" w:after="40"/>
            </w:pPr>
            <w:r>
              <w:rPr>
                <w:szCs w:val="20"/>
              </w:rPr>
              <w:t>[                                                     ]</w:t>
            </w:r>
          </w:p>
        </w:tc>
      </w:tr>
    </w:tbl>
    <w:p w14:paraId="16F5A7BA" w14:textId="77777777" w:rsidR="005C5826" w:rsidRDefault="005C5826">
      <w:pPr>
        <w:spacing w:after="60"/>
      </w:pPr>
    </w:p>
    <w:p w14:paraId="69305832" w14:textId="77777777" w:rsidR="005C5826" w:rsidRDefault="00000000">
      <w:pPr>
        <w:keepNext/>
        <w:spacing w:before="120"/>
      </w:pPr>
      <w:r>
        <w:rPr>
          <w:b/>
          <w:bCs/>
          <w:color w:val="1F3864"/>
          <w:sz w:val="22"/>
        </w:rPr>
        <w:t>2. 신청 내용</w:t>
      </w:r>
    </w:p>
    <w:p w14:paraId="7EB456E5" w14:textId="77777777" w:rsidR="005C5826" w:rsidRDefault="00000000">
      <w:pPr>
        <w:spacing w:after="120" w:line="340" w:lineRule="auto"/>
        <w:jc w:val="both"/>
      </w:pPr>
      <w:r>
        <w:rPr>
          <w:sz w:val="21"/>
          <w:szCs w:val="21"/>
        </w:rPr>
        <w:t>위 기업은 우크라이나 재건사업에 한국기업으로서 참여하고자, 별첨 「우크라이나 재건사업 한국기업 참여 신청서」 및 첨부자료를 갖추어 위와 같이 신청합니다.</w:t>
      </w:r>
    </w:p>
    <w:p w14:paraId="67767C23" w14:textId="77777777" w:rsidR="005C5826" w:rsidRDefault="00000000">
      <w:pPr>
        <w:spacing w:after="360" w:line="340" w:lineRule="auto"/>
        <w:jc w:val="both"/>
      </w:pPr>
      <w:r>
        <w:rPr>
          <w:sz w:val="21"/>
          <w:szCs w:val="21"/>
        </w:rPr>
        <w:t>신청기업은 신청서의 기재사항이 현재 알고 있는 범위에서 사실과 다름없음을 확인하며, 본 신청만으로 프로젝트 배정, 조달 수주, 투자·금융 승인 또는 PMO 계약이 성립하지 않고 참여 범위와 비용은 검토 후 별도 서면 계약으로 정함을 확인합니다.</w:t>
      </w:r>
    </w:p>
    <w:p w14:paraId="478528C0" w14:textId="77777777" w:rsidR="005C5826" w:rsidRDefault="00000000">
      <w:pPr>
        <w:spacing w:before="120" w:after="300"/>
        <w:jc w:val="center"/>
      </w:pPr>
      <w:r>
        <w:rPr>
          <w:b/>
          <w:bCs/>
          <w:spacing w:val="20"/>
          <w:sz w:val="24"/>
          <w:szCs w:val="24"/>
        </w:rPr>
        <w:t>20        년          월          일</w:t>
      </w:r>
    </w:p>
    <w:p w14:paraId="5A792604" w14:textId="77777777" w:rsidR="005C5826" w:rsidRDefault="00000000">
      <w:pPr>
        <w:spacing w:after="140"/>
        <w:ind w:left="3900"/>
      </w:pPr>
      <w:r>
        <w:rPr>
          <w:b/>
          <w:bCs/>
          <w:sz w:val="22"/>
        </w:rPr>
        <w:t xml:space="preserve">신청기업  </w:t>
      </w:r>
      <w:r>
        <w:rPr>
          <w:sz w:val="22"/>
        </w:rPr>
        <w:t>[                                        ]</w:t>
      </w:r>
    </w:p>
    <w:p w14:paraId="74B4403E" w14:textId="77777777" w:rsidR="005C5826" w:rsidRDefault="00000000">
      <w:pPr>
        <w:spacing w:after="420"/>
        <w:ind w:left="3900"/>
      </w:pPr>
      <w:r>
        <w:rPr>
          <w:b/>
          <w:bCs/>
          <w:sz w:val="22"/>
        </w:rPr>
        <w:t xml:space="preserve">대 표 자  </w:t>
      </w:r>
      <w:r>
        <w:rPr>
          <w:sz w:val="22"/>
        </w:rPr>
        <w:t>[                              ]   (서명 또는 인)</w:t>
      </w:r>
    </w:p>
    <w:p w14:paraId="42116DBB" w14:textId="77777777" w:rsidR="005C5826" w:rsidRDefault="00000000">
      <w:pPr>
        <w:pBdr>
          <w:top w:val="single" w:sz="6" w:space="10" w:color="1F3864"/>
        </w:pBdr>
        <w:spacing w:before="120" w:after="280"/>
      </w:pPr>
      <w:r>
        <w:rPr>
          <w:b/>
          <w:bCs/>
          <w:color w:val="1F3864"/>
          <w:spacing w:val="20"/>
          <w:sz w:val="28"/>
          <w:szCs w:val="28"/>
        </w:rPr>
        <w:lastRenderedPageBreak/>
        <w:t>(가칭) FutureLinkGlobal (한국 PMO) 귀중</w:t>
      </w:r>
    </w:p>
    <w:p w14:paraId="31AB654B" w14:textId="77777777" w:rsidR="005C5826" w:rsidRDefault="00000000">
      <w:pPr>
        <w:spacing w:after="0"/>
      </w:pPr>
      <w:r>
        <w:rPr>
          <w:b/>
          <w:bCs/>
          <w:color w:val="595959"/>
          <w:sz w:val="18"/>
          <w:szCs w:val="18"/>
        </w:rPr>
        <w:t xml:space="preserve">붙임  </w:t>
      </w:r>
      <w:r>
        <w:rPr>
          <w:color w:val="595959"/>
          <w:sz w:val="18"/>
          <w:szCs w:val="18"/>
        </w:rPr>
        <w:t>1. 우크라이나 재건사업 한국기업 참여 신청서 1부(별첨)   2. 사업자등록증 및 회사소개서 등 첨부자료 1부</w:t>
      </w:r>
    </w:p>
    <w:p w14:paraId="1759B73B" w14:textId="77777777" w:rsidR="001F63FE" w:rsidRDefault="00000000">
      <w:pPr>
        <w:pStyle w:val="a8"/>
        <w:pageBreakBefore/>
      </w:pPr>
      <w:r>
        <w:lastRenderedPageBreak/>
        <w:t>우크라이나</w:t>
      </w:r>
      <w:r>
        <w:t xml:space="preserve"> </w:t>
      </w:r>
      <w:r>
        <w:t>재건사업</w:t>
      </w:r>
      <w:r>
        <w:t xml:space="preserve"> </w:t>
      </w:r>
      <w:r>
        <w:t>한국기업</w:t>
      </w:r>
      <w:r>
        <w:t xml:space="preserve"> </w:t>
      </w:r>
      <w:r>
        <w:t>참여</w:t>
      </w:r>
      <w:r>
        <w:t xml:space="preserve"> </w:t>
      </w:r>
      <w:r>
        <w:t>신청서</w:t>
      </w:r>
    </w:p>
    <w:p w14:paraId="67D702C3" w14:textId="77777777" w:rsidR="001F63FE" w:rsidRDefault="00000000">
      <w:r>
        <w:t>접수 대상  한국 제조기업·중견기업·강소기업·전문 서비스 기업</w:t>
      </w:r>
    </w:p>
    <w:p w14:paraId="3E91D2C0" w14:textId="77777777" w:rsidR="001F63FE" w:rsidRDefault="00000000">
      <w:r>
        <w:t>제출처  (가칭) FutureLinkGlobal (한국 PMO)  |  접수일 [      년    월    일]  |  접수번호 [                 ]</w:t>
      </w:r>
    </w:p>
    <w:p w14:paraId="7B4ED667" w14:textId="77777777" w:rsidR="001F63FE" w:rsidRDefault="00000000">
      <w:r>
        <w:t>이 신청서는 기업의 실제 역량과 우크라이나에서 추진할 사업을 검토하기 위한 자료입니다. 신청만으로 프로젝트 배정, 조달 수주, 투자·금융 승인 또는 PMO 계약이 성립하지 않습니다. 참여 범위와 비용은 검토 후 별도 서면 계약으로 정합니다.</w:t>
      </w:r>
    </w:p>
    <w:p w14:paraId="1A8438A3" w14:textId="77777777" w:rsidR="001F63FE" w:rsidRDefault="00000000">
      <w:pPr>
        <w:pStyle w:val="1"/>
      </w:pPr>
      <w:r>
        <w:t xml:space="preserve">1 </w:t>
      </w:r>
      <w:r>
        <w:t>기업</w:t>
      </w:r>
      <w:r>
        <w:t xml:space="preserve"> </w:t>
      </w:r>
      <w:r>
        <w:t>기본정보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381"/>
        <w:gridCol w:w="6803"/>
      </w:tblGrid>
      <w:tr w:rsidR="001F63FE" w14:paraId="6DD2394B" w14:textId="77777777">
        <w:tc>
          <w:tcPr>
            <w:tcW w:w="2381" w:type="dxa"/>
            <w:shd w:val="clear" w:color="auto" w:fill="F3F5F7"/>
            <w:vAlign w:val="center"/>
          </w:tcPr>
          <w:p w14:paraId="5D7D8B92" w14:textId="77777777" w:rsidR="001F63FE" w:rsidRDefault="00000000">
            <w:pPr>
              <w:spacing w:after="60"/>
            </w:pPr>
            <w:r>
              <w:rPr>
                <w:sz w:val="18"/>
              </w:rPr>
              <w:t>기업명 국문 / 영문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34604F62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  <w:tr w:rsidR="001F63FE" w14:paraId="4D1E894A" w14:textId="77777777">
        <w:tc>
          <w:tcPr>
            <w:tcW w:w="2381" w:type="dxa"/>
            <w:shd w:val="clear" w:color="auto" w:fill="F3F5F7"/>
            <w:vAlign w:val="center"/>
          </w:tcPr>
          <w:p w14:paraId="34ECD228" w14:textId="77777777" w:rsidR="001F63FE" w:rsidRDefault="00000000">
            <w:pPr>
              <w:spacing w:after="60"/>
            </w:pPr>
            <w:r>
              <w:rPr>
                <w:sz w:val="18"/>
              </w:rPr>
              <w:t>사업자등록번호 / 설립연도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7C470F2F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  <w:tr w:rsidR="001F63FE" w14:paraId="54510C93" w14:textId="77777777">
        <w:tc>
          <w:tcPr>
            <w:tcW w:w="2381" w:type="dxa"/>
            <w:shd w:val="clear" w:color="auto" w:fill="F3F5F7"/>
            <w:vAlign w:val="center"/>
          </w:tcPr>
          <w:p w14:paraId="2785C89B" w14:textId="77777777" w:rsidR="001F63FE" w:rsidRDefault="00000000">
            <w:pPr>
              <w:spacing w:after="60"/>
            </w:pPr>
            <w:r>
              <w:rPr>
                <w:sz w:val="18"/>
              </w:rPr>
              <w:t>본사 주소 / 홈페이지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526DAB4A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  <w:tr w:rsidR="001F63FE" w14:paraId="6700E9B2" w14:textId="77777777">
        <w:tc>
          <w:tcPr>
            <w:tcW w:w="2381" w:type="dxa"/>
            <w:shd w:val="clear" w:color="auto" w:fill="F3F5F7"/>
            <w:vAlign w:val="center"/>
          </w:tcPr>
          <w:p w14:paraId="445C4350" w14:textId="77777777" w:rsidR="001F63FE" w:rsidRDefault="00000000">
            <w:pPr>
              <w:spacing w:after="60"/>
            </w:pPr>
            <w:r>
              <w:rPr>
                <w:sz w:val="18"/>
              </w:rPr>
              <w:t>대표자 / 해외사업 책임자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228F1AB9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  <w:tr w:rsidR="001F63FE" w14:paraId="2A395AD4" w14:textId="77777777">
        <w:tc>
          <w:tcPr>
            <w:tcW w:w="2381" w:type="dxa"/>
            <w:shd w:val="clear" w:color="auto" w:fill="F3F5F7"/>
            <w:vAlign w:val="center"/>
          </w:tcPr>
          <w:p w14:paraId="29123E3D" w14:textId="77777777" w:rsidR="001F63FE" w:rsidRDefault="00000000">
            <w:pPr>
              <w:spacing w:after="60"/>
            </w:pPr>
            <w:r>
              <w:rPr>
                <w:sz w:val="18"/>
              </w:rPr>
              <w:t>실무 담당자 / 직책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3BEA6534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  <w:tr w:rsidR="001F63FE" w14:paraId="41AC4E1E" w14:textId="77777777">
        <w:tc>
          <w:tcPr>
            <w:tcW w:w="2381" w:type="dxa"/>
            <w:shd w:val="clear" w:color="auto" w:fill="F3F5F7"/>
            <w:vAlign w:val="center"/>
          </w:tcPr>
          <w:p w14:paraId="755E2FCF" w14:textId="77777777" w:rsidR="001F63FE" w:rsidRDefault="00000000">
            <w:pPr>
              <w:spacing w:after="60"/>
            </w:pPr>
            <w:r>
              <w:rPr>
                <w:sz w:val="18"/>
              </w:rPr>
              <w:t>직통 전화 / 이메일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395D0C44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  <w:tr w:rsidR="001F63FE" w14:paraId="240AB237" w14:textId="77777777">
        <w:tc>
          <w:tcPr>
            <w:tcW w:w="2381" w:type="dxa"/>
            <w:shd w:val="clear" w:color="auto" w:fill="F3F5F7"/>
            <w:vAlign w:val="center"/>
          </w:tcPr>
          <w:p w14:paraId="0A3D9E55" w14:textId="77777777" w:rsidR="001F63FE" w:rsidRDefault="00000000">
            <w:pPr>
              <w:spacing w:after="60"/>
            </w:pPr>
            <w:r>
              <w:rPr>
                <w:sz w:val="18"/>
              </w:rPr>
              <w:t>기업 규모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78EFD6A7" w14:textId="77777777" w:rsidR="001F63FE" w:rsidRDefault="00000000">
            <w:pPr>
              <w:spacing w:after="60"/>
            </w:pPr>
            <w:r>
              <w:rPr>
                <w:sz w:val="18"/>
              </w:rPr>
              <w:t>□ 중견기업  □ 중소기업  □ 대기업  □ 스타트업  □ 기타 [          ]</w:t>
            </w:r>
          </w:p>
        </w:tc>
      </w:tr>
      <w:tr w:rsidR="001F63FE" w14:paraId="53511D3F" w14:textId="77777777">
        <w:tc>
          <w:tcPr>
            <w:tcW w:w="2381" w:type="dxa"/>
            <w:shd w:val="clear" w:color="auto" w:fill="F3F5F7"/>
            <w:vAlign w:val="center"/>
          </w:tcPr>
          <w:p w14:paraId="4963B109" w14:textId="77777777" w:rsidR="001F63FE" w:rsidRDefault="00000000">
            <w:pPr>
              <w:spacing w:after="60"/>
            </w:pPr>
            <w:r>
              <w:rPr>
                <w:sz w:val="18"/>
              </w:rPr>
              <w:t>최근 매출 / 수출액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108B83EF" w14:textId="77777777" w:rsidR="001F63FE" w:rsidRDefault="00000000">
            <w:pPr>
              <w:spacing w:after="60"/>
            </w:pPr>
            <w:r>
              <w:rPr>
                <w:sz w:val="18"/>
              </w:rPr>
              <w:t>매출 [          ]억원  |  수출 [          ]억원  |  기준연도 [       ]</w:t>
            </w:r>
          </w:p>
        </w:tc>
      </w:tr>
    </w:tbl>
    <w:p w14:paraId="69DBE748" w14:textId="77777777" w:rsidR="001F63FE" w:rsidRDefault="00000000">
      <w:pPr>
        <w:pStyle w:val="1"/>
      </w:pPr>
      <w:r>
        <w:t xml:space="preserve">2 </w:t>
      </w:r>
      <w:r>
        <w:t>업종별</w:t>
      </w:r>
      <w:r>
        <w:t xml:space="preserve"> </w:t>
      </w:r>
      <w:r>
        <w:t>구분</w:t>
      </w:r>
    </w:p>
    <w:p w14:paraId="3444967D" w14:textId="77777777" w:rsidR="001F63FE" w:rsidRDefault="00000000">
      <w:r>
        <w:t>주력 분야는 최대 2개, 연계 가능한 분야는 추가 표시해 주세요.</w:t>
      </w:r>
    </w:p>
    <w:p w14:paraId="464E1160" w14:textId="77777777" w:rsidR="001F63FE" w:rsidRDefault="00000000">
      <w:r>
        <w:t>□ 에너지  태양광·풍력·ESS·전력망·변압기·EV 충전</w:t>
      </w:r>
    </w:p>
    <w:p w14:paraId="3BFD7328" w14:textId="77777777" w:rsidR="001F63FE" w:rsidRDefault="00000000">
      <w:r>
        <w:t>□ 환경  폐기물·소각·재활용·토양·수질·친환경 복원</w:t>
      </w:r>
    </w:p>
    <w:p w14:paraId="053792DC" w14:textId="77777777" w:rsidR="001F63FE" w:rsidRDefault="00000000">
      <w:r>
        <w:t>□ 건설  모듈러 주택·건축자재·설계·시공·감리·설비</w:t>
      </w:r>
    </w:p>
    <w:p w14:paraId="4009C6C8" w14:textId="77777777" w:rsidR="001F63FE" w:rsidRDefault="00000000">
      <w:r>
        <w:t>□ 교통·물류  철도·대중교통·차량·물류센터·통관</w:t>
      </w:r>
    </w:p>
    <w:p w14:paraId="521BBDB9" w14:textId="77777777" w:rsidR="001F63FE" w:rsidRDefault="00000000">
      <w:r>
        <w:t>□ 의료·재활  병원설비·의료기기·의약품·재활기술</w:t>
      </w:r>
    </w:p>
    <w:p w14:paraId="0D4A3E99" w14:textId="77777777" w:rsidR="001F63FE" w:rsidRDefault="00000000">
      <w:r>
        <w:t>□ 농업·식품  스마트팜·농기계·가공·식품 공급망</w:t>
      </w:r>
    </w:p>
    <w:p w14:paraId="745025A2" w14:textId="77777777" w:rsidR="001F63FE" w:rsidRDefault="00000000">
      <w:r>
        <w:t>□ 제조·산업  기계·부품·자동화·현지 생산시설</w:t>
      </w:r>
    </w:p>
    <w:p w14:paraId="41C09E94" w14:textId="77777777" w:rsidR="001F63FE" w:rsidRDefault="00000000">
      <w:r>
        <w:t>□ 디지털·교육  ICT·AI·통신·공공시스템·교육시설</w:t>
      </w:r>
    </w:p>
    <w:p w14:paraId="15906ECE" w14:textId="77777777" w:rsidR="001F63FE" w:rsidRDefault="00000000">
      <w:r>
        <w:t>□ 생활필수품·무역  생활용품·위생·전자·유통</w:t>
      </w:r>
    </w:p>
    <w:p w14:paraId="60F7A2E9" w14:textId="77777777" w:rsidR="001F63FE" w:rsidRDefault="00000000">
      <w:r>
        <w:t>□ 금융·보험·전문서비스  투자·보증·보험·법률·인증</w:t>
      </w:r>
    </w:p>
    <w:p w14:paraId="1731A8D4" w14:textId="77777777" w:rsidR="001F63FE" w:rsidRDefault="00000000">
      <w:r>
        <w:t>□ 기타 [                                                               ]</w:t>
      </w:r>
    </w:p>
    <w:p w14:paraId="67267ADF" w14:textId="77777777" w:rsidR="001F63FE" w:rsidRDefault="00000000">
      <w:r>
        <w:br w:type="page"/>
      </w:r>
    </w:p>
    <w:p w14:paraId="4A449D25" w14:textId="77777777" w:rsidR="001F63FE" w:rsidRDefault="00000000">
      <w:pPr>
        <w:pStyle w:val="1"/>
      </w:pPr>
      <w:r>
        <w:lastRenderedPageBreak/>
        <w:t xml:space="preserve">3 </w:t>
      </w:r>
      <w:r>
        <w:t>실제</w:t>
      </w:r>
      <w:r>
        <w:t xml:space="preserve"> </w:t>
      </w:r>
      <w:r>
        <w:t>사업</w:t>
      </w:r>
      <w:r>
        <w:t xml:space="preserve"> </w:t>
      </w:r>
      <w:r>
        <w:t>핵심소개</w:t>
      </w:r>
    </w:p>
    <w:p w14:paraId="454D7001" w14:textId="77777777" w:rsidR="001F63FE" w:rsidRDefault="00000000">
      <w:r>
        <w:t>기업 일반 홍보보다 이번 재건사업에서 제안할 제품·기술과 실행 방식을 구체적으로 작성해 주세요.</w:t>
      </w:r>
    </w:p>
    <w:p w14:paraId="46CEAEDA" w14:textId="77777777" w:rsidR="001F63FE" w:rsidRDefault="00000000">
      <w:r>
        <w:rPr>
          <w:b/>
        </w:rPr>
        <w:t>사업명과 한 문장 핵심 제안  무엇을 누구에게 어떤 방식으로 공급하거나 구축하는가</w:t>
      </w:r>
    </w:p>
    <w:p w14:paraId="0216CEE5" w14:textId="77777777" w:rsidR="001F63FE" w:rsidRDefault="00000000">
      <w:r>
        <w:t>________________________________________________________________________</w:t>
      </w:r>
    </w:p>
    <w:p w14:paraId="400BD7AC" w14:textId="77777777" w:rsidR="001F63FE" w:rsidRDefault="00000000">
      <w:r>
        <w:t>________________________________________________________________________</w:t>
      </w:r>
    </w:p>
    <w:p w14:paraId="215DA8F8" w14:textId="77777777" w:rsidR="001F63FE" w:rsidRDefault="00000000">
      <w:r>
        <w:rPr>
          <w:b/>
        </w:rPr>
        <w:t>해결할 현지 문제와 수요처  지역·발주처·구매처·최종 사용자·확인 근거</w:t>
      </w:r>
    </w:p>
    <w:p w14:paraId="21280784" w14:textId="77777777" w:rsidR="001F63FE" w:rsidRDefault="00000000">
      <w:r>
        <w:t>________________________________________________________________________</w:t>
      </w:r>
    </w:p>
    <w:p w14:paraId="17B50921" w14:textId="77777777" w:rsidR="001F63FE" w:rsidRDefault="00000000">
      <w:r>
        <w:t>________________________________________________________________________</w:t>
      </w:r>
    </w:p>
    <w:p w14:paraId="172BF6FB" w14:textId="77777777" w:rsidR="001F63FE" w:rsidRDefault="00000000">
      <w:r>
        <w:rPr>
          <w:b/>
        </w:rPr>
        <w:t>주력 제품 또는 기술  모델·규격·생산능력·성능·인증·특허·차별점</w:t>
      </w:r>
    </w:p>
    <w:p w14:paraId="0CAEB34F" w14:textId="77777777" w:rsidR="001F63FE" w:rsidRDefault="00000000">
      <w:r>
        <w:t>________________________________________________________________________</w:t>
      </w:r>
    </w:p>
    <w:p w14:paraId="2521930D" w14:textId="77777777" w:rsidR="001F63FE" w:rsidRDefault="00000000">
      <w:r>
        <w:t>________________________________________________________________________</w:t>
      </w:r>
    </w:p>
    <w:p w14:paraId="141319CA" w14:textId="77777777" w:rsidR="001F63FE" w:rsidRDefault="00000000">
      <w:r>
        <w:t>________________________________________________________________________</w:t>
      </w:r>
    </w:p>
    <w:p w14:paraId="3BD11979" w14:textId="77777777" w:rsidR="001F63FE" w:rsidRDefault="00000000">
      <w:r>
        <w:rPr>
          <w:b/>
        </w:rPr>
        <w:t>실제 공급 또는 수행 범위  제조·수출·설치·교육·A/S·운영 중 가능한 업무</w:t>
      </w:r>
    </w:p>
    <w:p w14:paraId="5FCB0E8C" w14:textId="77777777" w:rsidR="001F63FE" w:rsidRDefault="00000000">
      <w:r>
        <w:t>________________________________________________________________________</w:t>
      </w:r>
    </w:p>
    <w:p w14:paraId="0BF9F7AA" w14:textId="77777777" w:rsidR="001F63FE" w:rsidRDefault="00000000">
      <w:r>
        <w:t>________________________________________________________________________</w:t>
      </w:r>
    </w:p>
    <w:p w14:paraId="0F9EF054" w14:textId="77777777" w:rsidR="001F63FE" w:rsidRDefault="00000000">
      <w:r>
        <w:rPr>
          <w:b/>
        </w:rPr>
        <w:t>검증된 실적  유사 프로젝트명·국가·발주처·계약금액·완료연도</w:t>
      </w:r>
    </w:p>
    <w:p w14:paraId="5F768980" w14:textId="77777777" w:rsidR="001F63FE" w:rsidRDefault="00000000">
      <w:r>
        <w:t>________________________________________________________________________</w:t>
      </w:r>
    </w:p>
    <w:p w14:paraId="6185DC2C" w14:textId="77777777" w:rsidR="001F63FE" w:rsidRDefault="00000000">
      <w:r>
        <w:t>________________________________________________________________________</w:t>
      </w:r>
    </w:p>
    <w:p w14:paraId="675C7AAB" w14:textId="77777777" w:rsidR="001F63FE" w:rsidRDefault="00000000">
      <w:r>
        <w:rPr>
          <w:b/>
        </w:rPr>
        <w:t>우크라이나 적용 사례  대상 프로젝트 또는 시장·예상 구매량·예상 사업비</w:t>
      </w:r>
    </w:p>
    <w:p w14:paraId="61DAE788" w14:textId="77777777" w:rsidR="001F63FE" w:rsidRDefault="00000000">
      <w:r>
        <w:t>________________________________________________________________________</w:t>
      </w:r>
    </w:p>
    <w:p w14:paraId="25F13E73" w14:textId="77777777" w:rsidR="001F63FE" w:rsidRDefault="00000000">
      <w:r>
        <w:t>________________________________________________________________________</w:t>
      </w:r>
    </w:p>
    <w:p w14:paraId="32F586CA" w14:textId="77777777" w:rsidR="001F63FE" w:rsidRDefault="00000000">
      <w:r>
        <w:br w:type="page"/>
      </w:r>
    </w:p>
    <w:p w14:paraId="1040B207" w14:textId="77777777" w:rsidR="001F63FE" w:rsidRDefault="00000000">
      <w:pPr>
        <w:pStyle w:val="1"/>
      </w:pPr>
      <w:r>
        <w:lastRenderedPageBreak/>
        <w:t xml:space="preserve">4 </w:t>
      </w:r>
      <w:r>
        <w:t>참여</w:t>
      </w:r>
      <w:r>
        <w:t xml:space="preserve"> </w:t>
      </w:r>
      <w:r>
        <w:t>방식과</w:t>
      </w:r>
      <w:r>
        <w:t xml:space="preserve"> </w:t>
      </w:r>
      <w:r>
        <w:t>현지화</w:t>
      </w:r>
      <w:r>
        <w:t xml:space="preserve"> </w:t>
      </w:r>
      <w:r>
        <w:t>계획</w:t>
      </w:r>
    </w:p>
    <w:p w14:paraId="1CFA6454" w14:textId="77777777" w:rsidR="001F63FE" w:rsidRDefault="00000000">
      <w:r>
        <w:t>희망 사업모델  □ 초도수출  □ 현지 대리점·유통  □ 현지 조립·A/S  □ 위탁생산  □ 합작법인  □ 생산시설 투자  □ EPC·시공  □ 운영·유지관리  □ 기타 [       ]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381"/>
        <w:gridCol w:w="6803"/>
      </w:tblGrid>
      <w:tr w:rsidR="001F63FE" w14:paraId="2D5C664A" w14:textId="77777777">
        <w:tc>
          <w:tcPr>
            <w:tcW w:w="2381" w:type="dxa"/>
            <w:shd w:val="clear" w:color="auto" w:fill="F3F5F7"/>
            <w:vAlign w:val="center"/>
          </w:tcPr>
          <w:p w14:paraId="4CE79D51" w14:textId="77777777" w:rsidR="001F63FE" w:rsidRDefault="00000000">
            <w:pPr>
              <w:spacing w:after="60"/>
            </w:pPr>
            <w:r>
              <w:rPr>
                <w:sz w:val="18"/>
              </w:rPr>
              <w:t>우선 진출 지역 / 이유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6C8B0C1B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  <w:tr w:rsidR="001F63FE" w14:paraId="7CDB66FE" w14:textId="77777777">
        <w:tc>
          <w:tcPr>
            <w:tcW w:w="2381" w:type="dxa"/>
            <w:shd w:val="clear" w:color="auto" w:fill="F3F5F7"/>
            <w:vAlign w:val="center"/>
          </w:tcPr>
          <w:p w14:paraId="4CCCEFBC" w14:textId="77777777" w:rsidR="001F63FE" w:rsidRDefault="00000000">
            <w:pPr>
              <w:spacing w:after="60"/>
            </w:pPr>
            <w:r>
              <w:rPr>
                <w:sz w:val="18"/>
              </w:rPr>
              <w:t>현지 파트너 보유 여부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6D15EABE" w14:textId="77777777" w:rsidR="001F63FE" w:rsidRDefault="00000000">
            <w:pPr>
              <w:spacing w:after="60"/>
            </w:pPr>
            <w:r>
              <w:rPr>
                <w:sz w:val="18"/>
              </w:rPr>
              <w:t>□ 없음  □ 협의 중  □ 있음: [                            ]</w:t>
            </w:r>
          </w:p>
        </w:tc>
      </w:tr>
      <w:tr w:rsidR="001F63FE" w14:paraId="7B56A6BE" w14:textId="77777777">
        <w:tc>
          <w:tcPr>
            <w:tcW w:w="2381" w:type="dxa"/>
            <w:shd w:val="clear" w:color="auto" w:fill="F3F5F7"/>
            <w:vAlign w:val="center"/>
          </w:tcPr>
          <w:p w14:paraId="080B14BD" w14:textId="77777777" w:rsidR="001F63FE" w:rsidRDefault="00000000">
            <w:pPr>
              <w:spacing w:after="60"/>
            </w:pPr>
            <w:r>
              <w:rPr>
                <w:sz w:val="18"/>
              </w:rPr>
              <w:t>현지 파트너에 바라는 역할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2C2750E2" w14:textId="77777777" w:rsidR="001F63FE" w:rsidRDefault="00000000">
            <w:pPr>
              <w:spacing w:after="60"/>
            </w:pPr>
            <w:r>
              <w:rPr>
                <w:sz w:val="18"/>
              </w:rPr>
              <w:t>□ 수요처 연결 □ 유통 □ 토지·공장 □ 인허가 □ 인력 □ 시공 □ A/S □ 기타</w:t>
            </w:r>
          </w:p>
        </w:tc>
      </w:tr>
      <w:tr w:rsidR="001F63FE" w14:paraId="6DAA815A" w14:textId="77777777">
        <w:tc>
          <w:tcPr>
            <w:tcW w:w="2381" w:type="dxa"/>
            <w:shd w:val="clear" w:color="auto" w:fill="F3F5F7"/>
            <w:vAlign w:val="center"/>
          </w:tcPr>
          <w:p w14:paraId="4647D384" w14:textId="77777777" w:rsidR="001F63FE" w:rsidRDefault="00000000">
            <w:pPr>
              <w:spacing w:after="60"/>
            </w:pPr>
            <w:r>
              <w:rPr>
                <w:sz w:val="18"/>
              </w:rPr>
              <w:t>한국기업 투입 가능 자원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4C8A389B" w14:textId="77777777" w:rsidR="001F63FE" w:rsidRDefault="00000000">
            <w:pPr>
              <w:spacing w:after="60"/>
            </w:pPr>
            <w:r>
              <w:rPr>
                <w:sz w:val="18"/>
              </w:rPr>
              <w:t>□ 기술·IP □ 설비 □ 제품 □ 전문가 □ 자체 투자금 □ 기타</w:t>
            </w:r>
          </w:p>
        </w:tc>
      </w:tr>
      <w:tr w:rsidR="001F63FE" w14:paraId="2FB09199" w14:textId="77777777">
        <w:tc>
          <w:tcPr>
            <w:tcW w:w="2381" w:type="dxa"/>
            <w:shd w:val="clear" w:color="auto" w:fill="F3F5F7"/>
            <w:vAlign w:val="center"/>
          </w:tcPr>
          <w:p w14:paraId="41313AE1" w14:textId="77777777" w:rsidR="001F63FE" w:rsidRDefault="00000000">
            <w:pPr>
              <w:spacing w:after="60"/>
            </w:pPr>
            <w:r>
              <w:rPr>
                <w:sz w:val="18"/>
              </w:rPr>
              <w:t>예상 착수 시점 / 준비기간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18AC93D8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]년 [       ]분기  |  준비기간 [        ]개월</w:t>
            </w:r>
          </w:p>
        </w:tc>
      </w:tr>
      <w:tr w:rsidR="001F63FE" w14:paraId="67A5BB09" w14:textId="77777777">
        <w:tc>
          <w:tcPr>
            <w:tcW w:w="2381" w:type="dxa"/>
            <w:shd w:val="clear" w:color="auto" w:fill="F3F5F7"/>
            <w:vAlign w:val="center"/>
          </w:tcPr>
          <w:p w14:paraId="23CE630A" w14:textId="77777777" w:rsidR="001F63FE" w:rsidRDefault="00000000">
            <w:pPr>
              <w:spacing w:after="60"/>
            </w:pPr>
            <w:r>
              <w:rPr>
                <w:sz w:val="18"/>
              </w:rPr>
              <w:t>예상 투자 / 공급 규모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3FBA42E9" w14:textId="77777777" w:rsidR="001F63FE" w:rsidRDefault="00000000">
            <w:pPr>
              <w:spacing w:after="60"/>
            </w:pPr>
            <w:r>
              <w:rPr>
                <w:sz w:val="18"/>
              </w:rPr>
              <w:t>초기 공급액 [         ]억원  |  현지 투자액 [         ]억원</w:t>
            </w:r>
          </w:p>
        </w:tc>
      </w:tr>
      <w:tr w:rsidR="001F63FE" w14:paraId="11B86AB3" w14:textId="77777777">
        <w:tc>
          <w:tcPr>
            <w:tcW w:w="2381" w:type="dxa"/>
            <w:shd w:val="clear" w:color="auto" w:fill="F3F5F7"/>
            <w:vAlign w:val="center"/>
          </w:tcPr>
          <w:p w14:paraId="5C0532AB" w14:textId="77777777" w:rsidR="001F63FE" w:rsidRDefault="00000000">
            <w:pPr>
              <w:spacing w:after="60"/>
            </w:pPr>
            <w:r>
              <w:rPr>
                <w:sz w:val="18"/>
              </w:rPr>
              <w:t>필요 재원 / 희망 경로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4E75A143" w14:textId="77777777" w:rsidR="001F63FE" w:rsidRDefault="00000000">
            <w:pPr>
              <w:spacing w:after="60"/>
            </w:pPr>
            <w:r>
              <w:rPr>
                <w:sz w:val="18"/>
              </w:rPr>
              <w:t>□ 자체  □ 구매계약  □ KOICA 적합성 검토  □ EDCF 적합성 검토  □ 국제금융  □ 민간투자  □ 미정</w:t>
            </w:r>
          </w:p>
        </w:tc>
      </w:tr>
      <w:tr w:rsidR="001F63FE" w14:paraId="1E78DB41" w14:textId="77777777">
        <w:tc>
          <w:tcPr>
            <w:tcW w:w="2381" w:type="dxa"/>
            <w:shd w:val="clear" w:color="auto" w:fill="F3F5F7"/>
            <w:vAlign w:val="center"/>
          </w:tcPr>
          <w:p w14:paraId="6AE202F5" w14:textId="77777777" w:rsidR="001F63FE" w:rsidRDefault="00000000">
            <w:pPr>
              <w:spacing w:after="60"/>
            </w:pPr>
            <w:r>
              <w:rPr>
                <w:sz w:val="18"/>
              </w:rPr>
              <w:t>대금·위험 보완 필요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7B98581A" w14:textId="77777777" w:rsidR="001F63FE" w:rsidRDefault="00000000">
            <w:pPr>
              <w:spacing w:after="60"/>
            </w:pPr>
            <w:r>
              <w:rPr>
                <w:sz w:val="18"/>
              </w:rPr>
              <w:t>□ 선수금 □ 지급보증 □ 보험 □ 에스크로 □ 환위험 관리 □ 기타</w:t>
            </w:r>
          </w:p>
        </w:tc>
      </w:tr>
      <w:tr w:rsidR="001F63FE" w14:paraId="5841A33E" w14:textId="77777777">
        <w:tc>
          <w:tcPr>
            <w:tcW w:w="2381" w:type="dxa"/>
            <w:shd w:val="clear" w:color="auto" w:fill="F3F5F7"/>
            <w:vAlign w:val="center"/>
          </w:tcPr>
          <w:p w14:paraId="1D7FFF31" w14:textId="77777777" w:rsidR="001F63FE" w:rsidRDefault="00000000">
            <w:pPr>
              <w:spacing w:after="60"/>
            </w:pPr>
            <w:r>
              <w:rPr>
                <w:sz w:val="18"/>
              </w:rPr>
              <w:t>입찰·계약 참여 경험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526DC594" w14:textId="77777777" w:rsidR="001F63FE" w:rsidRDefault="00000000">
            <w:pPr>
              <w:spacing w:after="60"/>
            </w:pPr>
            <w:r>
              <w:rPr>
                <w:sz w:val="18"/>
              </w:rPr>
              <w:t>□ 우크라이나  □ WB·EBRD 등 국제조달  □ 기타 해외공공조달  □ 없음</w:t>
            </w:r>
          </w:p>
        </w:tc>
      </w:tr>
    </w:tbl>
    <w:p w14:paraId="6920719D" w14:textId="77777777" w:rsidR="001F63FE" w:rsidRDefault="00000000">
      <w:r>
        <w:rPr>
          <w:b/>
        </w:rPr>
        <w:t>첫 90일 실행계획  검증·상대방 접촉·견적·샘플·방문 등 구체적 행동과 기한</w:t>
      </w:r>
    </w:p>
    <w:p w14:paraId="1CB38A0D" w14:textId="77777777" w:rsidR="001F63FE" w:rsidRDefault="00000000">
      <w:r>
        <w:t>________________________________________________________________________</w:t>
      </w:r>
    </w:p>
    <w:p w14:paraId="2EC3CB6C" w14:textId="77777777" w:rsidR="001F63FE" w:rsidRDefault="00000000">
      <w:r>
        <w:t>________________________________________________________________________</w:t>
      </w:r>
    </w:p>
    <w:p w14:paraId="285FB8A4" w14:textId="77777777" w:rsidR="001F63FE" w:rsidRDefault="00000000">
      <w:r>
        <w:t>________________________________________________________________________</w:t>
      </w:r>
    </w:p>
    <w:p w14:paraId="7B3B2D36" w14:textId="77777777" w:rsidR="001F63FE" w:rsidRDefault="00000000">
      <w:r>
        <w:rPr>
          <w:b/>
        </w:rPr>
        <w:t>핵심 매칭포인트  한국기업 제품 → 우크라이나 수요기업·기관 → 적용사업 → 협력방식 → 다음 행동</w:t>
      </w:r>
    </w:p>
    <w:p w14:paraId="28427551" w14:textId="77777777" w:rsidR="001F63FE" w:rsidRDefault="00000000">
      <w:r>
        <w:t>________________________________________________________________________</w:t>
      </w:r>
    </w:p>
    <w:p w14:paraId="189B7247" w14:textId="77777777" w:rsidR="001F63FE" w:rsidRDefault="00000000">
      <w:r>
        <w:t>________________________________________________________________________</w:t>
      </w:r>
    </w:p>
    <w:p w14:paraId="1E7BDD12" w14:textId="77777777" w:rsidR="001F63FE" w:rsidRDefault="00000000">
      <w:pPr>
        <w:pStyle w:val="1"/>
      </w:pPr>
      <w:r>
        <w:t xml:space="preserve">5 </w:t>
      </w:r>
      <w:r>
        <w:t>요청하는</w:t>
      </w:r>
      <w:r>
        <w:t xml:space="preserve"> PMO </w:t>
      </w:r>
      <w:r>
        <w:t>지원</w:t>
      </w:r>
    </w:p>
    <w:p w14:paraId="10DCB5C3" w14:textId="77777777" w:rsidR="001F63FE" w:rsidRDefault="00000000">
      <w:r>
        <w:t>□ 수요·프로젝트 검증  □ 발주처·구매처 접촉  □ 현지 파트너 실사  □ 한국·현지 컨소시엄</w:t>
      </w:r>
    </w:p>
    <w:p w14:paraId="7E35B27B" w14:textId="77777777" w:rsidR="001F63FE" w:rsidRDefault="00000000">
      <w:r>
        <w:t>□ PQ·입찰 준비  □ 금융기관 소개  □ 보험·보증·지급보안  □ 계약·JV 구조</w:t>
      </w:r>
    </w:p>
    <w:p w14:paraId="6D0D252C" w14:textId="77777777" w:rsidR="001F63FE" w:rsidRDefault="00000000">
      <w:r>
        <w:t>□ 통관·물류  □ 현지 공장·인허가  □ 의료·교육·관광 연계  □ 기타 [              ]</w:t>
      </w:r>
    </w:p>
    <w:p w14:paraId="2C57F901" w14:textId="77777777" w:rsidR="001F63FE" w:rsidRDefault="00000000">
      <w:r>
        <w:br w:type="page"/>
      </w:r>
    </w:p>
    <w:p w14:paraId="45F8641E" w14:textId="77777777" w:rsidR="001F63FE" w:rsidRDefault="00000000">
      <w:pPr>
        <w:pStyle w:val="1"/>
      </w:pPr>
      <w:r>
        <w:lastRenderedPageBreak/>
        <w:t xml:space="preserve">6 </w:t>
      </w:r>
      <w:r>
        <w:t>참여</w:t>
      </w:r>
      <w:r>
        <w:t xml:space="preserve"> </w:t>
      </w:r>
      <w:r>
        <w:t>가능성</w:t>
      </w:r>
      <w:r>
        <w:t xml:space="preserve"> </w:t>
      </w:r>
      <w:r>
        <w:t>및</w:t>
      </w:r>
      <w:r>
        <w:t xml:space="preserve"> </w:t>
      </w:r>
      <w:r>
        <w:t>확인이</w:t>
      </w:r>
      <w:r>
        <w:t xml:space="preserve"> </w:t>
      </w:r>
      <w:r>
        <w:t>필요한</w:t>
      </w:r>
      <w:r>
        <w:t xml:space="preserve"> </w:t>
      </w:r>
      <w:r>
        <w:t>사항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381"/>
        <w:gridCol w:w="6803"/>
      </w:tblGrid>
      <w:tr w:rsidR="001F63FE" w14:paraId="697CB762" w14:textId="77777777">
        <w:tc>
          <w:tcPr>
            <w:tcW w:w="2381" w:type="dxa"/>
            <w:shd w:val="clear" w:color="auto" w:fill="F3F5F7"/>
            <w:vAlign w:val="center"/>
          </w:tcPr>
          <w:p w14:paraId="6525BB0C" w14:textId="77777777" w:rsidR="001F63FE" w:rsidRDefault="00000000">
            <w:pPr>
              <w:spacing w:after="60"/>
            </w:pPr>
            <w:r>
              <w:rPr>
                <w:sz w:val="18"/>
              </w:rPr>
              <w:t>제품 생산·공급 가능 시점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7385A7A1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  <w:tr w:rsidR="001F63FE" w14:paraId="15D99743" w14:textId="77777777">
        <w:tc>
          <w:tcPr>
            <w:tcW w:w="2381" w:type="dxa"/>
            <w:shd w:val="clear" w:color="auto" w:fill="F3F5F7"/>
            <w:vAlign w:val="center"/>
          </w:tcPr>
          <w:p w14:paraId="70941A04" w14:textId="77777777" w:rsidR="001F63FE" w:rsidRDefault="00000000">
            <w:pPr>
              <w:spacing w:after="60"/>
            </w:pPr>
            <w:r>
              <w:rPr>
                <w:sz w:val="18"/>
              </w:rPr>
              <w:t>연간 공급량 / 해외 납품 역량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7CB70F79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  <w:tr w:rsidR="001F63FE" w14:paraId="675F5CF8" w14:textId="77777777">
        <w:tc>
          <w:tcPr>
            <w:tcW w:w="2381" w:type="dxa"/>
            <w:shd w:val="clear" w:color="auto" w:fill="F3F5F7"/>
            <w:vAlign w:val="center"/>
          </w:tcPr>
          <w:p w14:paraId="578C9405" w14:textId="77777777" w:rsidR="001F63FE" w:rsidRDefault="00000000">
            <w:pPr>
              <w:spacing w:after="60"/>
            </w:pPr>
            <w:r>
              <w:rPr>
                <w:sz w:val="18"/>
              </w:rPr>
              <w:t>현지 인증·규격·수출허가 현황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471763E0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  <w:tr w:rsidR="001F63FE" w14:paraId="003C307C" w14:textId="77777777">
        <w:tc>
          <w:tcPr>
            <w:tcW w:w="2381" w:type="dxa"/>
            <w:shd w:val="clear" w:color="auto" w:fill="F3F5F7"/>
            <w:vAlign w:val="center"/>
          </w:tcPr>
          <w:p w14:paraId="507E72B4" w14:textId="77777777" w:rsidR="001F63FE" w:rsidRDefault="00000000">
            <w:pPr>
              <w:spacing w:after="60"/>
            </w:pPr>
            <w:r>
              <w:rPr>
                <w:sz w:val="18"/>
              </w:rPr>
              <w:t>영문·우크라이나어 자료 / 담당 인력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1E0350B7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  <w:tr w:rsidR="001F63FE" w14:paraId="76D6D330" w14:textId="77777777">
        <w:tc>
          <w:tcPr>
            <w:tcW w:w="2381" w:type="dxa"/>
            <w:shd w:val="clear" w:color="auto" w:fill="F3F5F7"/>
            <w:vAlign w:val="center"/>
          </w:tcPr>
          <w:p w14:paraId="201CBAC6" w14:textId="77777777" w:rsidR="001F63FE" w:rsidRDefault="00000000">
            <w:pPr>
              <w:spacing w:after="60"/>
            </w:pPr>
            <w:r>
              <w:rPr>
                <w:sz w:val="18"/>
              </w:rPr>
              <w:t>보험·보증·재무서류 준비 상태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0935FA7A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  <w:tr w:rsidR="001F63FE" w14:paraId="15C6EEEE" w14:textId="77777777">
        <w:tc>
          <w:tcPr>
            <w:tcW w:w="2381" w:type="dxa"/>
            <w:shd w:val="clear" w:color="auto" w:fill="F3F5F7"/>
            <w:vAlign w:val="center"/>
          </w:tcPr>
          <w:p w14:paraId="2A70D379" w14:textId="77777777" w:rsidR="001F63FE" w:rsidRDefault="00000000">
            <w:pPr>
              <w:spacing w:after="60"/>
            </w:pPr>
            <w:r>
              <w:rPr>
                <w:sz w:val="18"/>
              </w:rPr>
              <w:t>주요 장애요인 / 지원 요청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456D8653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  <w:tr w:rsidR="001F63FE" w14:paraId="74169B06" w14:textId="77777777">
        <w:tc>
          <w:tcPr>
            <w:tcW w:w="2381" w:type="dxa"/>
            <w:shd w:val="clear" w:color="auto" w:fill="F3F5F7"/>
            <w:vAlign w:val="center"/>
          </w:tcPr>
          <w:p w14:paraId="0BC8CC99" w14:textId="77777777" w:rsidR="001F63FE" w:rsidRDefault="00000000">
            <w:pPr>
              <w:spacing w:after="60"/>
            </w:pPr>
            <w:r>
              <w:rPr>
                <w:sz w:val="18"/>
              </w:rPr>
              <w:t>희망 첫 미팅일 / 방식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315DBC89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</w:tbl>
    <w:p w14:paraId="22462B6B" w14:textId="77777777" w:rsidR="001F63FE" w:rsidRDefault="00000000">
      <w:pPr>
        <w:pStyle w:val="1"/>
      </w:pPr>
      <w:r>
        <w:t xml:space="preserve">7 </w:t>
      </w:r>
      <w:r>
        <w:t>첨부자료</w:t>
      </w:r>
      <w:r>
        <w:t xml:space="preserve"> </w:t>
      </w:r>
      <w:r>
        <w:t>확인</w:t>
      </w:r>
    </w:p>
    <w:p w14:paraId="78FC739F" w14:textId="77777777" w:rsidR="001F63FE" w:rsidRDefault="00000000">
      <w:r>
        <w:t>□ 사업자등록증  □ 회사소개서  □ 제품 카탈로그·기술사양  □ 인증·특허</w:t>
      </w:r>
    </w:p>
    <w:p w14:paraId="07EC8D1B" w14:textId="77777777" w:rsidR="001F63FE" w:rsidRDefault="00000000">
      <w:r>
        <w:t>□ 최근 재무제표 또는 신용자료  □ 납품·시공 실적  □ 영문 자료  □ 사업 제안서</w:t>
      </w:r>
    </w:p>
    <w:p w14:paraId="18EDFF7B" w14:textId="77777777" w:rsidR="001F63FE" w:rsidRDefault="00000000">
      <w:r>
        <w:t>□ 기타 [                                                                    ]</w:t>
      </w:r>
    </w:p>
    <w:p w14:paraId="7D6ECDC6" w14:textId="77777777" w:rsidR="001F63FE" w:rsidRDefault="00000000">
      <w:pPr>
        <w:pStyle w:val="1"/>
      </w:pPr>
      <w:r>
        <w:t xml:space="preserve">8 </w:t>
      </w:r>
      <w:r>
        <w:t>신청</w:t>
      </w:r>
      <w:r>
        <w:t xml:space="preserve"> </w:t>
      </w:r>
      <w:r>
        <w:t>확인</w:t>
      </w:r>
      <w:r>
        <w:t xml:space="preserve"> </w:t>
      </w:r>
      <w:r>
        <w:t>및</w:t>
      </w:r>
      <w:r>
        <w:t xml:space="preserve"> </w:t>
      </w:r>
      <w:r>
        <w:t>정보</w:t>
      </w:r>
      <w:r>
        <w:t xml:space="preserve"> </w:t>
      </w:r>
      <w:r>
        <w:t>활용</w:t>
      </w:r>
    </w:p>
    <w:p w14:paraId="1ED918B2" w14:textId="77777777" w:rsidR="001F63FE" w:rsidRDefault="00000000">
      <w:r>
        <w:t>신청기업은 위 기재사항이 현재 알고 있는 범위에서 정확하며, 변경사항을 알게 되면 접수 담당자에게 통지합니다. (가칭) FutureLinkGlobal (한국 PMO)는 설립 전 준비조직의 명칭으로 변경될 수 있으며, 실제 자료 수령·관리 법인은 접수 시 별도로 명시합니다.</w:t>
      </w:r>
    </w:p>
    <w:p w14:paraId="09953092" w14:textId="77777777" w:rsidR="001F63FE" w:rsidRDefault="00000000">
      <w:r>
        <w:t>기업 담당자의 이름·직책·전화·이메일은 신청 검토 및 연락 목적으로만 수집합니다. 수집·보유 주체 [실제 법인명:               ], 보유기간 [       ]년을 기입하고 담당자에게 알린 뒤 접수합니다. 현지 제3자 제공, 국외 이전, 사업 홍보는 별도의 적법한 근거·고지·동의가 필요한 경우 이를 갖춘 후 진행합니다.</w:t>
      </w:r>
    </w:p>
    <w:p w14:paraId="3B750497" w14:textId="77777777" w:rsidR="001F63FE" w:rsidRDefault="00000000">
      <w:r>
        <w:t>기업명 [                              ]   대표자 또는 권한 있는 담당자 [                     ]</w:t>
      </w:r>
    </w:p>
    <w:p w14:paraId="133DED80" w14:textId="77777777" w:rsidR="001F63FE" w:rsidRDefault="00000000">
      <w:r>
        <w:t>작성일 [       년     월     일]   서명 [                         ]</w:t>
      </w:r>
    </w:p>
    <w:p w14:paraId="49CCF668" w14:textId="77777777" w:rsidR="001F63FE" w:rsidRDefault="00000000">
      <w:pPr>
        <w:pStyle w:val="1"/>
      </w:pPr>
      <w:r>
        <w:t>접수</w:t>
      </w:r>
      <w:r>
        <w:t xml:space="preserve"> </w:t>
      </w:r>
      <w:r>
        <w:t>담당자</w:t>
      </w:r>
      <w:r>
        <w:t xml:space="preserve"> </w:t>
      </w:r>
      <w:r>
        <w:t>내부</w:t>
      </w:r>
      <w:r>
        <w:t xml:space="preserve"> </w:t>
      </w:r>
      <w:r>
        <w:t>기록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381"/>
        <w:gridCol w:w="6803"/>
      </w:tblGrid>
      <w:tr w:rsidR="001F63FE" w14:paraId="3620561D" w14:textId="77777777">
        <w:tc>
          <w:tcPr>
            <w:tcW w:w="2381" w:type="dxa"/>
            <w:shd w:val="clear" w:color="auto" w:fill="F3F5F7"/>
            <w:vAlign w:val="center"/>
          </w:tcPr>
          <w:p w14:paraId="5715C261" w14:textId="77777777" w:rsidR="001F63FE" w:rsidRDefault="00000000">
            <w:pPr>
              <w:spacing w:after="60"/>
            </w:pPr>
            <w:r>
              <w:rPr>
                <w:sz w:val="18"/>
              </w:rPr>
              <w:t>접수일 / 담당자 / DB 번호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78CEF1D4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  <w:tr w:rsidR="001F63FE" w14:paraId="22F94B21" w14:textId="77777777">
        <w:tc>
          <w:tcPr>
            <w:tcW w:w="2381" w:type="dxa"/>
            <w:shd w:val="clear" w:color="auto" w:fill="F3F5F7"/>
            <w:vAlign w:val="center"/>
          </w:tcPr>
          <w:p w14:paraId="1194795E" w14:textId="77777777" w:rsidR="001F63FE" w:rsidRDefault="00000000">
            <w:pPr>
              <w:spacing w:after="60"/>
            </w:pPr>
            <w:r>
              <w:rPr>
                <w:sz w:val="18"/>
              </w:rPr>
              <w:t>검증등급 / 우선순위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0800D508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  <w:tr w:rsidR="001F63FE" w14:paraId="577DDAA7" w14:textId="77777777">
        <w:tc>
          <w:tcPr>
            <w:tcW w:w="2381" w:type="dxa"/>
            <w:shd w:val="clear" w:color="auto" w:fill="F3F5F7"/>
            <w:vAlign w:val="center"/>
          </w:tcPr>
          <w:p w14:paraId="50C405CE" w14:textId="77777777" w:rsidR="001F63FE" w:rsidRDefault="00000000">
            <w:pPr>
              <w:spacing w:after="60"/>
            </w:pPr>
            <w:r>
              <w:rPr>
                <w:sz w:val="18"/>
              </w:rPr>
              <w:t>추천 대상 프로젝트 / 현지 파트너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0B1FA15B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  <w:tr w:rsidR="001F63FE" w14:paraId="5822288A" w14:textId="77777777">
        <w:tc>
          <w:tcPr>
            <w:tcW w:w="2381" w:type="dxa"/>
            <w:shd w:val="clear" w:color="auto" w:fill="F3F5F7"/>
            <w:vAlign w:val="center"/>
          </w:tcPr>
          <w:p w14:paraId="123A1429" w14:textId="77777777" w:rsidR="001F63FE" w:rsidRDefault="00000000">
            <w:pPr>
              <w:spacing w:after="60"/>
            </w:pPr>
            <w:r>
              <w:rPr>
                <w:sz w:val="18"/>
              </w:rPr>
              <w:t>핵심메시지 / 핵심 매칭포인트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5924140D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  <w:tr w:rsidR="001F63FE" w14:paraId="31DC4F4D" w14:textId="77777777">
        <w:tc>
          <w:tcPr>
            <w:tcW w:w="2381" w:type="dxa"/>
            <w:shd w:val="clear" w:color="auto" w:fill="F3F5F7"/>
            <w:vAlign w:val="center"/>
          </w:tcPr>
          <w:p w14:paraId="317A0C9A" w14:textId="77777777" w:rsidR="001F63FE" w:rsidRDefault="00000000">
            <w:pPr>
              <w:spacing w:after="60"/>
            </w:pPr>
            <w:r>
              <w:rPr>
                <w:sz w:val="18"/>
              </w:rPr>
              <w:t>누락정보 / Red Flag / Next Action</w:t>
            </w:r>
          </w:p>
        </w:tc>
        <w:tc>
          <w:tcPr>
            <w:tcW w:w="6803" w:type="dxa"/>
            <w:shd w:val="clear" w:color="auto" w:fill="FFFFFF"/>
            <w:vAlign w:val="center"/>
          </w:tcPr>
          <w:p w14:paraId="32423AF3" w14:textId="77777777" w:rsidR="001F63FE" w:rsidRDefault="00000000">
            <w:pPr>
              <w:spacing w:after="60"/>
            </w:pPr>
            <w:r>
              <w:rPr>
                <w:sz w:val="18"/>
              </w:rPr>
              <w:t>[                                                     ]</w:t>
            </w:r>
          </w:p>
        </w:tc>
      </w:tr>
    </w:tbl>
    <w:p w14:paraId="6BDAFA56" w14:textId="77777777" w:rsidR="00DF7547" w:rsidRDefault="00DF7547"/>
    <w:sectPr w:rsidR="00DF7547" w:rsidSect="00034616"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나눔고딕">
    <w:panose1 w:val="020D0604000000000000"/>
    <w:charset w:val="81"/>
    <w:family w:val="modern"/>
    <w:pitch w:val="variable"/>
    <w:sig w:usb0="800002A7" w:usb1="29D7F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1661246">
    <w:abstractNumId w:val="8"/>
  </w:num>
  <w:num w:numId="2" w16cid:durableId="1397389135">
    <w:abstractNumId w:val="6"/>
  </w:num>
  <w:num w:numId="3" w16cid:durableId="526527857">
    <w:abstractNumId w:val="5"/>
  </w:num>
  <w:num w:numId="4" w16cid:durableId="1461190863">
    <w:abstractNumId w:val="4"/>
  </w:num>
  <w:num w:numId="5" w16cid:durableId="2091923828">
    <w:abstractNumId w:val="7"/>
  </w:num>
  <w:num w:numId="6" w16cid:durableId="1363438498">
    <w:abstractNumId w:val="3"/>
  </w:num>
  <w:num w:numId="7" w16cid:durableId="2017489979">
    <w:abstractNumId w:val="2"/>
  </w:num>
  <w:num w:numId="8" w16cid:durableId="1001080037">
    <w:abstractNumId w:val="1"/>
  </w:num>
  <w:num w:numId="9" w16cid:durableId="136724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63FE"/>
    <w:rsid w:val="00267C98"/>
    <w:rsid w:val="0029639D"/>
    <w:rsid w:val="00326F90"/>
    <w:rsid w:val="004667E3"/>
    <w:rsid w:val="005C5826"/>
    <w:rsid w:val="007362B9"/>
    <w:rsid w:val="00AA1D8D"/>
    <w:rsid w:val="00B47730"/>
    <w:rsid w:val="00CB0664"/>
    <w:rsid w:val="00DF75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2CC213"/>
  <w14:defaultImageDpi w14:val="300"/>
  <w15:docId w15:val="{F9E863D5-E941-4414-A328-CE7D2A06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나눔고딕" w:eastAsia="나눔고딕" w:hAnsi="나눔고딕"/>
      <w:color w:val="000000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4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2252</Words>
  <Characters>3654</Characters>
  <Application>Microsoft Office Word</Application>
  <DocSecurity>0</DocSecurity>
  <Lines>169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윤숙 안</cp:lastModifiedBy>
  <cp:revision>2</cp:revision>
  <dcterms:created xsi:type="dcterms:W3CDTF">2026-09-19T14:15:00Z</dcterms:created>
  <dcterms:modified xsi:type="dcterms:W3CDTF">2026-09-19T14:15:00Z</dcterms:modified>
  <cp:category/>
</cp:coreProperties>
</file>